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4B3D" w:rsidRDefault="00465674">
      <w:pPr>
        <w:pStyle w:val="style1"/>
      </w:pPr>
      <w:bookmarkStart w:id="0" w:name="_GoBack"/>
      <w:bookmarkEnd w:id="0"/>
      <w:r>
        <w:t>530</w:t>
      </w:r>
      <w:r>
        <w:t>微积分</w:t>
      </w:r>
      <w:r>
        <w:t>A2-</w:t>
      </w:r>
      <w:r>
        <w:t>模拟期末考试</w:t>
      </w:r>
    </w:p>
    <w:p w:rsidR="00BF4B3D" w:rsidRDefault="00465674">
      <w:pPr>
        <w:pStyle w:val="style2"/>
      </w:pPr>
      <w:r>
        <w:t>姓名</w:t>
      </w:r>
      <w:r>
        <w:t xml:space="preserve">____________ </w:t>
      </w:r>
      <w:r>
        <w:t>证件类型</w:t>
      </w:r>
      <w:r>
        <w:t xml:space="preserve">____________ </w:t>
      </w:r>
      <w:r>
        <w:t>证件号</w:t>
      </w:r>
      <w:r>
        <w:t xml:space="preserve">____________ </w:t>
      </w:r>
      <w:r>
        <w:t>考试日期</w:t>
      </w:r>
      <w:r>
        <w:t xml:space="preserve">____________        </w:t>
      </w:r>
      <w:r>
        <w:t>成绩</w:t>
      </w:r>
      <w:r>
        <w:t>____________</w:t>
      </w:r>
    </w:p>
    <w:p w:rsidR="00BF4B3D" w:rsidRDefault="00465674">
      <w:pPr>
        <w:pStyle w:val="style4"/>
      </w:pPr>
      <w:r>
        <w:t>本次模拟考试是为</w:t>
      </w:r>
      <w:r>
        <w:t>6</w:t>
      </w:r>
      <w:r>
        <w:t>月</w:t>
      </w:r>
      <w:r>
        <w:t>8</w:t>
      </w:r>
      <w:r>
        <w:t>日的期末正式考试做准备，同学们根据操作文档说明熟悉流程，本次模拟题不批改，熟悉操作后，可在半小时后交卷离开考场。</w:t>
      </w:r>
    </w:p>
    <w:p w:rsidR="00BF4B3D" w:rsidRDefault="00465674">
      <w:pPr>
        <w:pStyle w:val="style2"/>
      </w:pPr>
      <w:r>
        <w:t>试题</w:t>
      </w:r>
    </w:p>
    <w:p w:rsidR="00BF4B3D" w:rsidRDefault="00465674">
      <w:pPr>
        <w:pStyle w:val="style2"/>
      </w:pPr>
      <w:r>
        <w:t>满分</w:t>
      </w:r>
      <w:r>
        <w:t>: 100</w:t>
      </w:r>
      <w:r>
        <w:t>分</w:t>
      </w:r>
      <w:r>
        <w:t xml:space="preserve"> </w:t>
      </w:r>
      <w:r>
        <w:t>答题限时</w:t>
      </w:r>
      <w:r>
        <w:t xml:space="preserve">: </w:t>
      </w:r>
      <w:r>
        <w:t>不限时</w:t>
      </w:r>
    </w:p>
    <w:p w:rsidR="00BF4B3D" w:rsidRDefault="00465674">
      <w:pPr>
        <w:pStyle w:val="style3"/>
      </w:pPr>
      <w:r>
        <w:t>全卷</w:t>
      </w:r>
      <w:r>
        <w:t>10</w:t>
      </w:r>
      <w:r>
        <w:t>道题，每题</w:t>
      </w:r>
      <w:r>
        <w:t>10</w:t>
      </w:r>
      <w:r>
        <w:t>分，需要完整过程</w:t>
      </w:r>
      <w:r>
        <w:t xml:space="preserve"> </w:t>
      </w:r>
      <w:r>
        <w:t>（共</w:t>
      </w:r>
      <w:r>
        <w:t>10</w:t>
      </w:r>
      <w:r>
        <w:t>题</w:t>
      </w:r>
      <w:r>
        <w:t xml:space="preserve"> </w:t>
      </w:r>
      <w:r>
        <w:t>共</w:t>
      </w:r>
      <w:r>
        <w:t>100</w:t>
      </w:r>
      <w:r>
        <w:t>分）</w:t>
      </w:r>
    </w:p>
    <w:p w:rsidR="00BF4B3D" w:rsidRDefault="00465674">
      <w:pPr>
        <w:pStyle w:val="style3"/>
      </w:pPr>
      <w:r>
        <w:t>1.</w:t>
      </w:r>
      <w:r>
        <w:t>（</w:t>
      </w:r>
      <w:r>
        <w:t>10</w:t>
      </w:r>
      <w:r>
        <w:t>分）</w:t>
      </w:r>
      <w:r>
        <w:rPr>
          <w:noProof/>
        </w:rPr>
        <w:drawing>
          <wp:inline distT="0" distB="0" distL="0" distR="0">
            <wp:extent cx="5328000" cy="6233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62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4"/>
      </w:pPr>
      <w:r>
        <w:t>考生作答</w:t>
      </w:r>
      <w:r>
        <w:t xml:space="preserve">:  ____________________________________________________________________________________________________ </w:t>
      </w:r>
    </w:p>
    <w:p w:rsidR="00BF4B3D" w:rsidRDefault="00465674">
      <w:pPr>
        <w:pStyle w:val="style4"/>
      </w:pPr>
      <w:r>
        <w:t xml:space="preserve">______________________________________________________________________________________________________________ </w:t>
      </w:r>
    </w:p>
    <w:p w:rsidR="00BF4B3D" w:rsidRDefault="00465674">
      <w:pPr>
        <w:pStyle w:val="style4"/>
      </w:pPr>
      <w:r>
        <w:t>___________________________________</w:t>
      </w:r>
      <w:r>
        <w:t xml:space="preserve">___________________________________________________________________________ </w:t>
      </w:r>
    </w:p>
    <w:p w:rsidR="00BF4B3D" w:rsidRDefault="00465674">
      <w:pPr>
        <w:pStyle w:val="style5"/>
      </w:pPr>
      <w:r>
        <w:t>参考答案</w:t>
      </w:r>
      <w:r>
        <w:t xml:space="preserve">: </w:t>
      </w:r>
      <w:r>
        <w:rPr>
          <w:noProof/>
        </w:rPr>
        <w:drawing>
          <wp:inline distT="0" distB="0" distL="0" distR="0">
            <wp:extent cx="5328000" cy="11348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113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5"/>
      </w:pPr>
      <w:r>
        <w:t>试题解析</w:t>
      </w:r>
      <w:r>
        <w:t xml:space="preserve">: </w:t>
      </w:r>
    </w:p>
    <w:p w:rsidR="00BF4B3D" w:rsidRDefault="00465674">
      <w:pPr>
        <w:pStyle w:val="style3"/>
      </w:pPr>
      <w:r>
        <w:t>2.</w:t>
      </w:r>
      <w:r>
        <w:t>（</w:t>
      </w:r>
      <w:r>
        <w:t>10</w:t>
      </w:r>
      <w:r>
        <w:t>分）</w:t>
      </w:r>
      <w:r>
        <w:rPr>
          <w:noProof/>
        </w:rPr>
        <w:drawing>
          <wp:inline distT="0" distB="0" distL="0" distR="0">
            <wp:extent cx="5328000" cy="6819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4"/>
      </w:pPr>
      <w:r>
        <w:t>考生作答</w:t>
      </w:r>
      <w:r>
        <w:t xml:space="preserve">:  ____________________________________________________________________________________________________ </w:t>
      </w:r>
    </w:p>
    <w:p w:rsidR="00BF4B3D" w:rsidRDefault="00465674">
      <w:pPr>
        <w:pStyle w:val="style4"/>
      </w:pPr>
      <w:r>
        <w:lastRenderedPageBreak/>
        <w:t>______________________________________________</w:t>
      </w:r>
      <w:r>
        <w:t xml:space="preserve">________________________________________________________________ </w:t>
      </w:r>
    </w:p>
    <w:p w:rsidR="00BF4B3D" w:rsidRDefault="00465674">
      <w:pPr>
        <w:pStyle w:val="style4"/>
      </w:pPr>
      <w:r>
        <w:t xml:space="preserve">______________________________________________________________________________________________________________ </w:t>
      </w:r>
    </w:p>
    <w:p w:rsidR="00BF4B3D" w:rsidRDefault="00465674">
      <w:pPr>
        <w:pStyle w:val="style5"/>
      </w:pPr>
      <w:r>
        <w:t>参考答案</w:t>
      </w:r>
      <w:r>
        <w:t xml:space="preserve">: </w:t>
      </w:r>
      <w:r>
        <w:rPr>
          <w:noProof/>
        </w:rPr>
        <w:drawing>
          <wp:inline distT="0" distB="0" distL="0" distR="0">
            <wp:extent cx="5328000" cy="22271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22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5"/>
      </w:pPr>
      <w:r>
        <w:t>试题解析</w:t>
      </w:r>
      <w:r>
        <w:t xml:space="preserve">: </w:t>
      </w:r>
    </w:p>
    <w:p w:rsidR="00BF4B3D" w:rsidRDefault="00465674">
      <w:pPr>
        <w:pStyle w:val="style3"/>
      </w:pPr>
      <w:r>
        <w:t>3.</w:t>
      </w:r>
      <w:r>
        <w:t>（</w:t>
      </w:r>
      <w:r>
        <w:t>10</w:t>
      </w:r>
      <w:r>
        <w:t>分）</w:t>
      </w:r>
      <w:r>
        <w:rPr>
          <w:noProof/>
        </w:rPr>
        <w:drawing>
          <wp:inline distT="0" distB="0" distL="0" distR="0">
            <wp:extent cx="5328000" cy="3897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4"/>
      </w:pPr>
      <w:r>
        <w:t>考生作答</w:t>
      </w:r>
      <w:r>
        <w:t>:  _______________________________________________</w:t>
      </w:r>
      <w:r>
        <w:t xml:space="preserve">_____________________________________________________ </w:t>
      </w:r>
    </w:p>
    <w:p w:rsidR="00BF4B3D" w:rsidRDefault="00465674">
      <w:pPr>
        <w:pStyle w:val="style4"/>
      </w:pPr>
      <w:r>
        <w:t xml:space="preserve">______________________________________________________________________________________________________________ </w:t>
      </w:r>
    </w:p>
    <w:p w:rsidR="00BF4B3D" w:rsidRDefault="00465674">
      <w:pPr>
        <w:pStyle w:val="style4"/>
      </w:pPr>
      <w:r>
        <w:t>_________________________________________________________________________________________</w:t>
      </w:r>
      <w:r>
        <w:t xml:space="preserve">_____________________ </w:t>
      </w:r>
    </w:p>
    <w:p w:rsidR="00BF4B3D" w:rsidRDefault="00465674">
      <w:pPr>
        <w:pStyle w:val="style5"/>
      </w:pPr>
      <w:r>
        <w:t>参考答案</w:t>
      </w:r>
      <w:r>
        <w:t xml:space="preserve">: </w:t>
      </w:r>
      <w:r>
        <w:rPr>
          <w:noProof/>
        </w:rPr>
        <w:drawing>
          <wp:inline distT="0" distB="0" distL="0" distR="0">
            <wp:extent cx="5328000" cy="38574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85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5"/>
      </w:pPr>
      <w:r>
        <w:t>试题解析</w:t>
      </w:r>
      <w:r>
        <w:t xml:space="preserve">: </w:t>
      </w:r>
    </w:p>
    <w:p w:rsidR="00BF4B3D" w:rsidRDefault="00465674">
      <w:pPr>
        <w:pStyle w:val="style3"/>
      </w:pPr>
      <w:r>
        <w:t>4.</w:t>
      </w:r>
      <w:r>
        <w:t>（</w:t>
      </w:r>
      <w:r>
        <w:t>10</w:t>
      </w:r>
      <w:r>
        <w:t>分）</w:t>
      </w:r>
      <w:r>
        <w:rPr>
          <w:noProof/>
        </w:rPr>
        <w:drawing>
          <wp:inline distT="0" distB="0" distL="0" distR="0">
            <wp:extent cx="5328000" cy="5008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50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4"/>
      </w:pPr>
      <w:r>
        <w:t>考生作答</w:t>
      </w:r>
      <w:r>
        <w:t xml:space="preserve">:  ____________________________________________________________________________________________________ </w:t>
      </w:r>
    </w:p>
    <w:p w:rsidR="00BF4B3D" w:rsidRDefault="00465674">
      <w:pPr>
        <w:pStyle w:val="style4"/>
      </w:pPr>
      <w:r>
        <w:t>____________________________________________________________________________________________________</w:t>
      </w:r>
      <w:r>
        <w:t xml:space="preserve">__________ </w:t>
      </w:r>
    </w:p>
    <w:p w:rsidR="00BF4B3D" w:rsidRDefault="00465674">
      <w:pPr>
        <w:pStyle w:val="style4"/>
      </w:pPr>
      <w:r>
        <w:t xml:space="preserve">______________________________________________________________________________________________________________ </w:t>
      </w:r>
    </w:p>
    <w:p w:rsidR="00BF4B3D" w:rsidRDefault="00465674">
      <w:pPr>
        <w:pStyle w:val="style5"/>
      </w:pPr>
      <w:r>
        <w:t>参考答案</w:t>
      </w:r>
      <w:r>
        <w:t xml:space="preserve">: </w:t>
      </w:r>
      <w:r>
        <w:rPr>
          <w:noProof/>
        </w:rPr>
        <w:drawing>
          <wp:inline distT="0" distB="0" distL="0" distR="0">
            <wp:extent cx="5328000" cy="18914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18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5"/>
      </w:pPr>
      <w:r>
        <w:t>试题解析</w:t>
      </w:r>
      <w:r>
        <w:t xml:space="preserve">: </w:t>
      </w:r>
    </w:p>
    <w:p w:rsidR="00BF4B3D" w:rsidRDefault="00465674">
      <w:pPr>
        <w:pStyle w:val="style3"/>
      </w:pPr>
      <w:r>
        <w:t>5.</w:t>
      </w:r>
      <w:r>
        <w:t>（</w:t>
      </w:r>
      <w:r>
        <w:t>10</w:t>
      </w:r>
      <w:r>
        <w:t>分）</w:t>
      </w:r>
      <w:r>
        <w:rPr>
          <w:noProof/>
        </w:rPr>
        <w:drawing>
          <wp:inline distT="0" distB="0" distL="0" distR="0">
            <wp:extent cx="5328000" cy="4283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42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4"/>
      </w:pPr>
      <w:r>
        <w:t>考生作答</w:t>
      </w:r>
      <w:r>
        <w:t xml:space="preserve">:  ____________________________________________________________________________________________________ </w:t>
      </w:r>
    </w:p>
    <w:p w:rsidR="00BF4B3D" w:rsidRDefault="00465674">
      <w:pPr>
        <w:pStyle w:val="style4"/>
      </w:pPr>
      <w:r>
        <w:t xml:space="preserve">______________________________________________________________________________________________________________ </w:t>
      </w:r>
    </w:p>
    <w:p w:rsidR="00BF4B3D" w:rsidRDefault="00465674">
      <w:pPr>
        <w:pStyle w:val="style4"/>
      </w:pPr>
      <w:r>
        <w:t>___________________________________</w:t>
      </w:r>
      <w:r>
        <w:t xml:space="preserve">___________________________________________________________________________ </w:t>
      </w:r>
    </w:p>
    <w:p w:rsidR="00BF4B3D" w:rsidRDefault="00465674">
      <w:pPr>
        <w:pStyle w:val="style5"/>
      </w:pPr>
      <w:r>
        <w:t>参考答案</w:t>
      </w:r>
      <w:r>
        <w:t xml:space="preserve">: </w:t>
      </w:r>
      <w:r>
        <w:rPr>
          <w:noProof/>
        </w:rPr>
        <w:drawing>
          <wp:inline distT="0" distB="0" distL="0" distR="0">
            <wp:extent cx="5328000" cy="48484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4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5"/>
      </w:pPr>
      <w:r>
        <w:t>试题解析</w:t>
      </w:r>
      <w:r>
        <w:t xml:space="preserve">: </w:t>
      </w:r>
    </w:p>
    <w:p w:rsidR="00BF4B3D" w:rsidRDefault="00465674">
      <w:pPr>
        <w:pStyle w:val="style3"/>
      </w:pPr>
      <w:r>
        <w:t>6.</w:t>
      </w:r>
      <w:r>
        <w:t>（</w:t>
      </w:r>
      <w:r>
        <w:t>10</w:t>
      </w:r>
      <w:r>
        <w:t>分）</w:t>
      </w:r>
      <w:r>
        <w:rPr>
          <w:noProof/>
        </w:rPr>
        <w:drawing>
          <wp:inline distT="0" distB="0" distL="0" distR="0">
            <wp:extent cx="5328000" cy="752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7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4"/>
      </w:pPr>
      <w:r>
        <w:t>考生作答</w:t>
      </w:r>
      <w:r>
        <w:t xml:space="preserve">:  ____________________________________________________________________________________________________ </w:t>
      </w:r>
    </w:p>
    <w:p w:rsidR="00BF4B3D" w:rsidRDefault="00465674">
      <w:pPr>
        <w:pStyle w:val="style4"/>
      </w:pPr>
      <w:r>
        <w:t>______________________________________________</w:t>
      </w:r>
      <w:r>
        <w:t xml:space="preserve">________________________________________________________________ </w:t>
      </w:r>
    </w:p>
    <w:p w:rsidR="00BF4B3D" w:rsidRDefault="00465674">
      <w:pPr>
        <w:pStyle w:val="style4"/>
      </w:pPr>
      <w:r>
        <w:t xml:space="preserve">______________________________________________________________________________________________________________ </w:t>
      </w:r>
    </w:p>
    <w:p w:rsidR="00BF4B3D" w:rsidRDefault="00465674">
      <w:pPr>
        <w:pStyle w:val="style5"/>
      </w:pPr>
      <w:r>
        <w:t>参考答案</w:t>
      </w:r>
      <w:r>
        <w:t xml:space="preserve">: </w:t>
      </w:r>
      <w:r>
        <w:rPr>
          <w:noProof/>
        </w:rPr>
        <w:drawing>
          <wp:inline distT="0" distB="0" distL="0" distR="0">
            <wp:extent cx="5328000" cy="4422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44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5"/>
      </w:pPr>
      <w:r>
        <w:t>试题解析</w:t>
      </w:r>
      <w:r>
        <w:t xml:space="preserve">: </w:t>
      </w:r>
    </w:p>
    <w:p w:rsidR="00BF4B3D" w:rsidRDefault="00465674">
      <w:pPr>
        <w:pStyle w:val="style3"/>
      </w:pPr>
      <w:r>
        <w:t>7.</w:t>
      </w:r>
      <w:r>
        <w:t>（</w:t>
      </w:r>
      <w:r>
        <w:t>10</w:t>
      </w:r>
      <w:r>
        <w:t>分）</w:t>
      </w:r>
      <w:r>
        <w:rPr>
          <w:noProof/>
        </w:rPr>
        <w:drawing>
          <wp:inline distT="0" distB="0" distL="0" distR="0">
            <wp:extent cx="5328000" cy="65797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65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4"/>
      </w:pPr>
      <w:r>
        <w:t>考生作答</w:t>
      </w:r>
      <w:r>
        <w:t xml:space="preserve">:  ____________________________________________________________________________________________________ </w:t>
      </w:r>
    </w:p>
    <w:p w:rsidR="00BF4B3D" w:rsidRDefault="00465674">
      <w:pPr>
        <w:pStyle w:val="style4"/>
      </w:pPr>
      <w:r>
        <w:t xml:space="preserve">______________________________________________________________________________________________________________ </w:t>
      </w:r>
    </w:p>
    <w:p w:rsidR="00BF4B3D" w:rsidRDefault="00465674">
      <w:pPr>
        <w:pStyle w:val="style4"/>
      </w:pPr>
      <w:r>
        <w:t>___________________________________</w:t>
      </w:r>
      <w:r>
        <w:t xml:space="preserve">___________________________________________________________________________ </w:t>
      </w:r>
    </w:p>
    <w:p w:rsidR="00BF4B3D" w:rsidRDefault="00465674">
      <w:pPr>
        <w:pStyle w:val="style5"/>
      </w:pPr>
      <w:r>
        <w:t>参考答案</w:t>
      </w:r>
      <w:r>
        <w:t xml:space="preserve">: </w:t>
      </w:r>
      <w:r>
        <w:rPr>
          <w:noProof/>
        </w:rPr>
        <w:drawing>
          <wp:inline distT="0" distB="0" distL="0" distR="0">
            <wp:extent cx="5328000" cy="139084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139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5"/>
      </w:pPr>
      <w:r>
        <w:t>试题解析</w:t>
      </w:r>
      <w:r>
        <w:t xml:space="preserve">: </w:t>
      </w:r>
    </w:p>
    <w:p w:rsidR="00BF4B3D" w:rsidRDefault="00465674">
      <w:pPr>
        <w:pStyle w:val="style3"/>
      </w:pPr>
      <w:r>
        <w:t>8.</w:t>
      </w:r>
      <w:r>
        <w:t>（</w:t>
      </w:r>
      <w:r>
        <w:t>10</w:t>
      </w:r>
      <w:r>
        <w:t>分）</w:t>
      </w:r>
      <w:r>
        <w:rPr>
          <w:noProof/>
        </w:rPr>
        <w:drawing>
          <wp:inline distT="0" distB="0" distL="0" distR="0">
            <wp:extent cx="5328000" cy="55911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5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4"/>
      </w:pPr>
      <w:r>
        <w:t>考生作答</w:t>
      </w:r>
      <w:r>
        <w:t xml:space="preserve">:  ____________________________________________________________________________________________________ </w:t>
      </w:r>
    </w:p>
    <w:p w:rsidR="00BF4B3D" w:rsidRDefault="00465674">
      <w:pPr>
        <w:pStyle w:val="style4"/>
      </w:pPr>
      <w:r>
        <w:t>______________________________________________</w:t>
      </w:r>
      <w:r>
        <w:t xml:space="preserve">________________________________________________________________ </w:t>
      </w:r>
    </w:p>
    <w:p w:rsidR="00BF4B3D" w:rsidRDefault="00465674">
      <w:pPr>
        <w:pStyle w:val="style4"/>
      </w:pPr>
      <w:r>
        <w:t xml:space="preserve">______________________________________________________________________________________________________________ </w:t>
      </w:r>
    </w:p>
    <w:p w:rsidR="00BF4B3D" w:rsidRDefault="00465674">
      <w:pPr>
        <w:pStyle w:val="style5"/>
      </w:pPr>
      <w:r>
        <w:t>参考答案</w:t>
      </w:r>
      <w:r>
        <w:t xml:space="preserve">: </w:t>
      </w:r>
      <w:r>
        <w:rPr>
          <w:noProof/>
        </w:rPr>
        <w:drawing>
          <wp:inline distT="0" distB="0" distL="0" distR="0">
            <wp:extent cx="5328000" cy="27398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73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5"/>
      </w:pPr>
      <w:r>
        <w:t>试题解析</w:t>
      </w:r>
      <w:r>
        <w:t xml:space="preserve">: </w:t>
      </w:r>
    </w:p>
    <w:p w:rsidR="00BF4B3D" w:rsidRDefault="00465674">
      <w:pPr>
        <w:pStyle w:val="style3"/>
      </w:pPr>
      <w:r>
        <w:t>9.</w:t>
      </w:r>
      <w:r>
        <w:t>（</w:t>
      </w:r>
      <w:r>
        <w:t>10</w:t>
      </w:r>
      <w:r>
        <w:t>分）</w:t>
      </w:r>
      <w:r>
        <w:rPr>
          <w:noProof/>
        </w:rPr>
        <w:drawing>
          <wp:inline distT="0" distB="0" distL="0" distR="0">
            <wp:extent cx="5328000" cy="153479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153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4"/>
      </w:pPr>
      <w:r>
        <w:t>考生作答</w:t>
      </w:r>
      <w:r>
        <w:t>:  _______________________________________________</w:t>
      </w:r>
      <w:r>
        <w:t xml:space="preserve">_____________________________________________________ </w:t>
      </w:r>
    </w:p>
    <w:p w:rsidR="00BF4B3D" w:rsidRDefault="00465674">
      <w:pPr>
        <w:pStyle w:val="style4"/>
      </w:pPr>
      <w:r>
        <w:t xml:space="preserve">______________________________________________________________________________________________________________ </w:t>
      </w:r>
    </w:p>
    <w:p w:rsidR="00BF4B3D" w:rsidRDefault="00465674">
      <w:pPr>
        <w:pStyle w:val="style4"/>
      </w:pPr>
      <w:r>
        <w:t xml:space="preserve">______________________________________________________________________________________________________________ </w:t>
      </w:r>
    </w:p>
    <w:p w:rsidR="00BF4B3D" w:rsidRDefault="00465674">
      <w:pPr>
        <w:pStyle w:val="style5"/>
      </w:pPr>
      <w:r>
        <w:t>参考答案</w:t>
      </w:r>
      <w:r>
        <w:t xml:space="preserve">: </w:t>
      </w:r>
      <w:r>
        <w:rPr>
          <w:noProof/>
        </w:rPr>
        <w:drawing>
          <wp:inline distT="0" distB="0" distL="0" distR="0">
            <wp:extent cx="5328000" cy="349907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49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5"/>
      </w:pPr>
      <w:r>
        <w:t>试题解析</w:t>
      </w:r>
      <w:r>
        <w:t xml:space="preserve">: </w:t>
      </w:r>
    </w:p>
    <w:p w:rsidR="00BF4B3D" w:rsidRDefault="00465674">
      <w:pPr>
        <w:pStyle w:val="style3"/>
      </w:pPr>
      <w:r>
        <w:t>10.</w:t>
      </w:r>
      <w:r>
        <w:t>（</w:t>
      </w:r>
      <w:r>
        <w:t>10</w:t>
      </w:r>
      <w:r>
        <w:t>分）</w:t>
      </w:r>
      <w:r>
        <w:rPr>
          <w:noProof/>
        </w:rPr>
        <w:drawing>
          <wp:inline distT="0" distB="0" distL="0" distR="0">
            <wp:extent cx="5328000" cy="273340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73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4"/>
      </w:pPr>
      <w:r>
        <w:t>考生作答</w:t>
      </w:r>
      <w:r>
        <w:t xml:space="preserve">:  ____________________________________________________________________________________________________ </w:t>
      </w:r>
    </w:p>
    <w:p w:rsidR="00BF4B3D" w:rsidRDefault="00465674">
      <w:pPr>
        <w:pStyle w:val="style4"/>
      </w:pPr>
      <w:r>
        <w:t>__________</w:t>
      </w:r>
      <w:r>
        <w:t xml:space="preserve">____________________________________________________________________________________________________ </w:t>
      </w:r>
    </w:p>
    <w:p w:rsidR="00BF4B3D" w:rsidRDefault="00465674">
      <w:pPr>
        <w:pStyle w:val="style4"/>
      </w:pPr>
      <w:r>
        <w:t xml:space="preserve">______________________________________________________________________________________________________________ </w:t>
      </w:r>
    </w:p>
    <w:p w:rsidR="00BF4B3D" w:rsidRDefault="00465674">
      <w:pPr>
        <w:pStyle w:val="style5"/>
      </w:pPr>
      <w:r>
        <w:t>参考答案</w:t>
      </w:r>
      <w:r>
        <w:t xml:space="preserve">: </w:t>
      </w:r>
      <w:r>
        <w:rPr>
          <w:noProof/>
        </w:rPr>
        <w:drawing>
          <wp:inline distT="0" distB="0" distL="0" distR="0">
            <wp:extent cx="5328000" cy="501897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501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3D" w:rsidRDefault="00465674">
      <w:pPr>
        <w:pStyle w:val="style5"/>
      </w:pPr>
      <w:r>
        <w:t>试题解析</w:t>
      </w:r>
      <w:r>
        <w:t xml:space="preserve">: </w:t>
      </w:r>
    </w:p>
    <w:sectPr w:rsidR="00BF4B3D" w:rsidSect="00034616">
      <w:headerReference w:type="default" r:id="rId2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65674" w:rsidRDefault="00465674">
      <w:pPr>
        <w:spacing w:after="0" w:line="240" w:lineRule="auto"/>
      </w:pPr>
      <w:r>
        <w:separator/>
      </w:r>
    </w:p>
  </w:endnote>
  <w:endnote w:type="continuationSeparator" w:id="0">
    <w:p w:rsidR="00465674" w:rsidRDefault="00465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65674" w:rsidRDefault="00465674">
      <w:pPr>
        <w:spacing w:after="0" w:line="240" w:lineRule="auto"/>
      </w:pPr>
      <w:r>
        <w:separator/>
      </w:r>
    </w:p>
  </w:footnote>
  <w:footnote w:type="continuationSeparator" w:id="0">
    <w:p w:rsidR="00465674" w:rsidRDefault="00465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4B3D" w:rsidRDefault="00465674">
    <w:pPr>
      <w:pStyle w:val="style6"/>
    </w:pPr>
    <w:r>
      <w:t>THU-200499</w:t>
    </w:r>
    <w:r>
      <w:t>0038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65674"/>
    <w:rsid w:val="00AA1D8D"/>
    <w:rsid w:val="00B47730"/>
    <w:rsid w:val="00BF4B3D"/>
    <w:rsid w:val="00CB0664"/>
    <w:rsid w:val="00F223C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BD0B5770-06B9-4EDC-B733-4AB9B5002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眉 字符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脚 字符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标题 1 字符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标题 2 字符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标题 3 字符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标题 字符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标题 字符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正文文本 字符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宏文本 字符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 字符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标题 4 字符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标题 6 字符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明显引用 字符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TOC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1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style1">
    <w:name w:val="style1"/>
    <w:pPr>
      <w:jc w:val="center"/>
    </w:pPr>
    <w:rPr>
      <w:b/>
      <w:sz w:val="28"/>
    </w:rPr>
  </w:style>
  <w:style w:type="paragraph" w:customStyle="1" w:styleId="style2">
    <w:name w:val="style2"/>
    <w:pPr>
      <w:jc w:val="center"/>
    </w:pPr>
    <w:rPr>
      <w:b/>
      <w:sz w:val="21"/>
    </w:rPr>
  </w:style>
  <w:style w:type="paragraph" w:customStyle="1" w:styleId="style3">
    <w:name w:val="style3"/>
    <w:rPr>
      <w:b/>
      <w:sz w:val="21"/>
    </w:rPr>
  </w:style>
  <w:style w:type="paragraph" w:customStyle="1" w:styleId="style4">
    <w:name w:val="style4"/>
    <w:rPr>
      <w:sz w:val="21"/>
    </w:rPr>
  </w:style>
  <w:style w:type="paragraph" w:customStyle="1" w:styleId="style5">
    <w:name w:val="style5"/>
    <w:rPr>
      <w:color w:val="FF0000"/>
      <w:sz w:val="21"/>
    </w:rPr>
  </w:style>
  <w:style w:type="paragraph" w:customStyle="1" w:styleId="style6">
    <w:name w:val="style6"/>
    <w:pPr>
      <w:jc w:val="right"/>
    </w:pPr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0852EC-32CB-415F-95D2-96793DFFD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Windows 用户</cp:lastModifiedBy>
  <cp:revision>2</cp:revision>
  <dcterms:created xsi:type="dcterms:W3CDTF">2020-05-28T12:33:00Z</dcterms:created>
  <dcterms:modified xsi:type="dcterms:W3CDTF">2020-05-28T12:33:00Z</dcterms:modified>
  <cp:category/>
</cp:coreProperties>
</file>